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F9EF" w14:textId="77777777" w:rsidR="00FF07B3" w:rsidRPr="002239FB" w:rsidRDefault="00000000">
      <w:pPr>
        <w:spacing w:after="40" w:line="240" w:lineRule="auto"/>
        <w:jc w:val="center"/>
        <w:rPr>
          <w:lang w:val="it-IT"/>
        </w:rPr>
      </w:pPr>
      <w:r w:rsidRPr="002239FB">
        <w:rPr>
          <w:b/>
          <w:lang w:val="it-IT"/>
        </w:rPr>
        <w:t>ANEXA nr. 2</w:t>
      </w:r>
    </w:p>
    <w:p w14:paraId="2DF53146" w14:textId="77777777" w:rsidR="00FF07B3" w:rsidRPr="002239FB" w:rsidRDefault="00000000">
      <w:pPr>
        <w:spacing w:after="40" w:line="240" w:lineRule="auto"/>
        <w:jc w:val="center"/>
        <w:rPr>
          <w:b/>
          <w:lang w:val="it-IT"/>
        </w:rPr>
      </w:pPr>
      <w:r w:rsidRPr="002239FB">
        <w:rPr>
          <w:b/>
          <w:lang w:val="it-IT"/>
        </w:rPr>
        <w:t>FORMULAR DE ÎNSCRIERE</w:t>
      </w:r>
    </w:p>
    <w:p w14:paraId="2D8B3C8D" w14:textId="77777777" w:rsidR="009736DA" w:rsidRPr="002239FB" w:rsidRDefault="009736DA">
      <w:pPr>
        <w:spacing w:after="40" w:line="240" w:lineRule="auto"/>
        <w:jc w:val="center"/>
        <w:rPr>
          <w:b/>
          <w:lang w:val="it-IT"/>
        </w:rPr>
      </w:pPr>
    </w:p>
    <w:p w14:paraId="50BAFFD7" w14:textId="77777777" w:rsidR="009736DA" w:rsidRPr="002239FB" w:rsidRDefault="009736DA">
      <w:pPr>
        <w:spacing w:after="40" w:line="240" w:lineRule="auto"/>
        <w:jc w:val="center"/>
        <w:rPr>
          <w:lang w:val="it-IT"/>
        </w:rPr>
      </w:pPr>
    </w:p>
    <w:p w14:paraId="3270100A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u w:val="single"/>
          <w:lang w:val="it-IT"/>
        </w:rPr>
        <w:t>Autoritatea sau instituția publică: Serviciul Public „SERVICIUL DE UTILITĂȚI PUBLICE – SLATINA-TIMIȘ”</w:t>
      </w:r>
    </w:p>
    <w:p w14:paraId="10241FA9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b/>
          <w:u w:val="single"/>
          <w:lang w:val="it-IT"/>
        </w:rPr>
        <w:t>Funcția solicitată (se bifează o singură opțiune):</w:t>
      </w:r>
    </w:p>
    <w:p w14:paraId="54DF4992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u w:val="single"/>
          <w:lang w:val="it-IT"/>
        </w:rPr>
        <w:t>☐ Muncitor calificat I – mașinist la mașini pentru terasamente (ifronist), cod COR 834201</w:t>
      </w:r>
    </w:p>
    <w:p w14:paraId="15164234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u w:val="single"/>
          <w:lang w:val="it-IT"/>
        </w:rPr>
        <w:t>☐ Muncitor necalificat</w:t>
      </w:r>
    </w:p>
    <w:p w14:paraId="11F68867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u w:val="single"/>
          <w:lang w:val="it-IT"/>
        </w:rPr>
        <w:t>Data organizării probei scrise: 14.08.2026</w:t>
      </w:r>
    </w:p>
    <w:p w14:paraId="55DEBB84" w14:textId="77777777" w:rsidR="009736DA" w:rsidRPr="002239FB" w:rsidRDefault="009736DA">
      <w:pPr>
        <w:spacing w:after="40" w:line="240" w:lineRule="auto"/>
        <w:rPr>
          <w:lang w:val="it-IT"/>
        </w:rPr>
      </w:pPr>
    </w:p>
    <w:p w14:paraId="39DBA425" w14:textId="516CCC19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Numele și prenumele candidatului: ______________________________________________</w:t>
      </w:r>
    </w:p>
    <w:p w14:paraId="3A34F948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Adresa: _____________________________________________________________________</w:t>
      </w:r>
    </w:p>
    <w:p w14:paraId="1D4C10D5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E-mail: ______________________________________________________________________</w:t>
      </w:r>
    </w:p>
    <w:p w14:paraId="0A2E6E69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Telefon: _____________________________________________________________________</w:t>
      </w:r>
    </w:p>
    <w:p w14:paraId="324E5A02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Persoane de contact pentru recomandări:</w:t>
      </w:r>
    </w:p>
    <w:p w14:paraId="78EA5932" w14:textId="77777777" w:rsidR="009736DA" w:rsidRPr="002239FB" w:rsidRDefault="009736DA">
      <w:pPr>
        <w:spacing w:after="40" w:line="240" w:lineRule="auto"/>
        <w:rPr>
          <w:lang w:val="it-IT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493"/>
      </w:tblGrid>
      <w:tr w:rsidR="00FF07B3" w:rsidRPr="002239FB" w14:paraId="212AC301" w14:textId="77777777">
        <w:tc>
          <w:tcPr>
            <w:tcW w:w="2493" w:type="dxa"/>
            <w:shd w:val="clear" w:color="auto" w:fill="D9EAF7"/>
            <w:vAlign w:val="center"/>
          </w:tcPr>
          <w:p w14:paraId="02DFCA7C" w14:textId="77777777" w:rsidR="00FF07B3" w:rsidRPr="002239FB" w:rsidRDefault="00000000">
            <w:proofErr w:type="spellStart"/>
            <w:r w:rsidRPr="002239FB">
              <w:rPr>
                <w:b/>
              </w:rPr>
              <w:t>Numele</w:t>
            </w:r>
            <w:proofErr w:type="spellEnd"/>
            <w:r w:rsidRPr="002239FB">
              <w:rPr>
                <w:b/>
              </w:rPr>
              <w:t xml:space="preserve"> </w:t>
            </w:r>
            <w:proofErr w:type="spellStart"/>
            <w:r w:rsidRPr="002239FB">
              <w:rPr>
                <w:b/>
              </w:rPr>
              <w:t>și</w:t>
            </w:r>
            <w:proofErr w:type="spellEnd"/>
            <w:r w:rsidRPr="002239FB">
              <w:rPr>
                <w:b/>
              </w:rPr>
              <w:t xml:space="preserve"> </w:t>
            </w:r>
            <w:proofErr w:type="spellStart"/>
            <w:r w:rsidRPr="002239FB">
              <w:rPr>
                <w:b/>
              </w:rPr>
              <w:t>prenumele</w:t>
            </w:r>
            <w:proofErr w:type="spellEnd"/>
          </w:p>
        </w:tc>
        <w:tc>
          <w:tcPr>
            <w:tcW w:w="2493" w:type="dxa"/>
            <w:shd w:val="clear" w:color="auto" w:fill="D9EAF7"/>
            <w:vAlign w:val="center"/>
          </w:tcPr>
          <w:p w14:paraId="5E679CA9" w14:textId="77777777" w:rsidR="00FF07B3" w:rsidRPr="002239FB" w:rsidRDefault="00000000">
            <w:r w:rsidRPr="002239FB">
              <w:rPr>
                <w:b/>
              </w:rPr>
              <w:t>Instituția</w:t>
            </w:r>
          </w:p>
        </w:tc>
        <w:tc>
          <w:tcPr>
            <w:tcW w:w="2493" w:type="dxa"/>
            <w:shd w:val="clear" w:color="auto" w:fill="D9EAF7"/>
            <w:vAlign w:val="center"/>
          </w:tcPr>
          <w:p w14:paraId="47F1E047" w14:textId="77777777" w:rsidR="00FF07B3" w:rsidRPr="002239FB" w:rsidRDefault="00000000">
            <w:r w:rsidRPr="002239FB">
              <w:rPr>
                <w:b/>
              </w:rPr>
              <w:t>Funcția</w:t>
            </w:r>
          </w:p>
        </w:tc>
        <w:tc>
          <w:tcPr>
            <w:tcW w:w="2493" w:type="dxa"/>
            <w:shd w:val="clear" w:color="auto" w:fill="D9EAF7"/>
            <w:vAlign w:val="center"/>
          </w:tcPr>
          <w:p w14:paraId="2535EF51" w14:textId="77777777" w:rsidR="00FF07B3" w:rsidRPr="002239FB" w:rsidRDefault="00000000">
            <w:r w:rsidRPr="002239FB">
              <w:rPr>
                <w:b/>
              </w:rPr>
              <w:t>Telefon</w:t>
            </w:r>
          </w:p>
        </w:tc>
      </w:tr>
      <w:tr w:rsidR="00FF07B3" w:rsidRPr="002239FB" w14:paraId="4831FD8C" w14:textId="77777777">
        <w:tc>
          <w:tcPr>
            <w:tcW w:w="2493" w:type="dxa"/>
          </w:tcPr>
          <w:p w14:paraId="75352C6E" w14:textId="77777777" w:rsidR="00FF07B3" w:rsidRDefault="00FF07B3"/>
          <w:p w14:paraId="6D286625" w14:textId="77777777" w:rsidR="002239FB" w:rsidRDefault="002239FB"/>
          <w:p w14:paraId="0087C945" w14:textId="77777777" w:rsidR="002239FB" w:rsidRPr="002239FB" w:rsidRDefault="002239FB"/>
        </w:tc>
        <w:tc>
          <w:tcPr>
            <w:tcW w:w="2493" w:type="dxa"/>
          </w:tcPr>
          <w:p w14:paraId="74410F9D" w14:textId="77777777" w:rsidR="00FF07B3" w:rsidRPr="002239FB" w:rsidRDefault="00FF07B3"/>
        </w:tc>
        <w:tc>
          <w:tcPr>
            <w:tcW w:w="2493" w:type="dxa"/>
          </w:tcPr>
          <w:p w14:paraId="7F00F909" w14:textId="77777777" w:rsidR="00FF07B3" w:rsidRPr="002239FB" w:rsidRDefault="00FF07B3"/>
        </w:tc>
        <w:tc>
          <w:tcPr>
            <w:tcW w:w="2493" w:type="dxa"/>
          </w:tcPr>
          <w:p w14:paraId="635ED583" w14:textId="77777777" w:rsidR="00FF07B3" w:rsidRPr="002239FB" w:rsidRDefault="00FF07B3"/>
        </w:tc>
      </w:tr>
    </w:tbl>
    <w:p w14:paraId="537BC169" w14:textId="77777777" w:rsidR="002239FB" w:rsidRDefault="002239FB">
      <w:pPr>
        <w:spacing w:after="40" w:line="240" w:lineRule="auto"/>
        <w:rPr>
          <w:lang w:val="it-IT"/>
        </w:rPr>
      </w:pPr>
    </w:p>
    <w:p w14:paraId="40D8C079" w14:textId="41E39945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Anexez prezentului formular dosarul cu actele solicitate și declar că am luat cunoștință de condițiile de desfășurare a concursului.</w:t>
      </w:r>
    </w:p>
    <w:p w14:paraId="565CA8EA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Cunoscând prevederile Regulamentului (UE) 2016/679, declar:</w:t>
      </w:r>
    </w:p>
    <w:p w14:paraId="3BC8F35F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Îmi exprim consimțământul ☐ / Nu îmi exprim consimțământul ☐ privind transmiterea informațiilor și documentelor către membrii comisiilor și secretar, în format electronic.</w:t>
      </w:r>
    </w:p>
    <w:p w14:paraId="272D5F9A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Îmi exprim consimțământul ☐ / Nu îmi exprim consimțământul ☐ ca instituția să solicite, atunci când este necesar, certificatul de integritate comportamentală.</w:t>
      </w:r>
    </w:p>
    <w:p w14:paraId="12B9537E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Îmi exprim consimțământul ☐ / Nu îmi exprim consimțământul ☐ ca instituția să solicite extrasul de pe cazierul judiciar în scopul angajării.</w:t>
      </w:r>
    </w:p>
    <w:p w14:paraId="6AC4B341" w14:textId="77777777" w:rsidR="00FF07B3" w:rsidRPr="002239FB" w:rsidRDefault="00000000">
      <w:pPr>
        <w:spacing w:after="40" w:line="240" w:lineRule="auto"/>
        <w:rPr>
          <w:lang w:val="it-IT"/>
        </w:rPr>
      </w:pPr>
      <w:r w:rsidRPr="002239FB">
        <w:rPr>
          <w:lang w:val="it-IT"/>
        </w:rPr>
        <w:t>Declar pe propria răspundere că în perioada lucrată nu mi s-a aplicat nicio sancțiune disciplinară / mi s-a aplicat sancțiunea: ______________________________.</w:t>
      </w:r>
    </w:p>
    <w:p w14:paraId="171DC472" w14:textId="77777777" w:rsidR="00FF07B3" w:rsidRPr="002239FB" w:rsidRDefault="00000000">
      <w:pPr>
        <w:spacing w:after="40" w:line="240" w:lineRule="auto"/>
      </w:pPr>
      <w:proofErr w:type="spellStart"/>
      <w:r w:rsidRPr="002239FB">
        <w:t>Declar</w:t>
      </w:r>
      <w:proofErr w:type="spellEnd"/>
      <w:r w:rsidRPr="002239FB">
        <w:t xml:space="preserve"> pe propria </w:t>
      </w:r>
      <w:proofErr w:type="spellStart"/>
      <w:r w:rsidRPr="002239FB">
        <w:t>răspundere</w:t>
      </w:r>
      <w:proofErr w:type="spellEnd"/>
      <w:r w:rsidRPr="002239FB">
        <w:t xml:space="preserve">, cunoscând prevederile art. 326 din Codul penal privind falsul </w:t>
      </w:r>
      <w:proofErr w:type="spellStart"/>
      <w:r w:rsidRPr="002239FB">
        <w:t>în</w:t>
      </w:r>
      <w:proofErr w:type="spellEnd"/>
      <w:r w:rsidRPr="002239FB">
        <w:t xml:space="preserve"> </w:t>
      </w:r>
      <w:proofErr w:type="spellStart"/>
      <w:r w:rsidRPr="002239FB">
        <w:t>declarații</w:t>
      </w:r>
      <w:proofErr w:type="spellEnd"/>
      <w:r w:rsidRPr="002239FB">
        <w:t xml:space="preserve">, </w:t>
      </w:r>
      <w:proofErr w:type="spellStart"/>
      <w:r w:rsidRPr="002239FB">
        <w:t>că</w:t>
      </w:r>
      <w:proofErr w:type="spellEnd"/>
      <w:r w:rsidRPr="002239FB">
        <w:t xml:space="preserve"> </w:t>
      </w:r>
      <w:proofErr w:type="spellStart"/>
      <w:r w:rsidRPr="002239FB">
        <w:t>datele</w:t>
      </w:r>
      <w:proofErr w:type="spellEnd"/>
      <w:r w:rsidRPr="002239FB">
        <w:t xml:space="preserve"> </w:t>
      </w:r>
      <w:proofErr w:type="spellStart"/>
      <w:r w:rsidRPr="002239FB">
        <w:t>furnizate</w:t>
      </w:r>
      <w:proofErr w:type="spellEnd"/>
      <w:r w:rsidRPr="002239FB">
        <w:t xml:space="preserve"> sunt </w:t>
      </w:r>
      <w:proofErr w:type="spellStart"/>
      <w:r w:rsidRPr="002239FB">
        <w:t>adevărate</w:t>
      </w:r>
      <w:proofErr w:type="spellEnd"/>
      <w:r w:rsidRPr="002239FB">
        <w:t>.</w:t>
      </w:r>
    </w:p>
    <w:p w14:paraId="212E1BE0" w14:textId="77777777" w:rsidR="009736DA" w:rsidRPr="002239FB" w:rsidRDefault="009736DA">
      <w:pPr>
        <w:spacing w:after="40" w:line="240" w:lineRule="auto"/>
      </w:pPr>
    </w:p>
    <w:p w14:paraId="17CE65FF" w14:textId="77777777" w:rsidR="009736DA" w:rsidRPr="002239FB" w:rsidRDefault="009736DA">
      <w:pPr>
        <w:spacing w:after="40" w:line="240" w:lineRule="auto"/>
      </w:pPr>
    </w:p>
    <w:p w14:paraId="6C05F83E" w14:textId="77777777" w:rsidR="00FF07B3" w:rsidRPr="002239FB" w:rsidRDefault="00000000">
      <w:pPr>
        <w:spacing w:after="40" w:line="240" w:lineRule="auto"/>
      </w:pPr>
      <w:r w:rsidRPr="002239FB">
        <w:t>Data: ____________________                                    Semnătura: ______________________________</w:t>
      </w:r>
    </w:p>
    <w:sectPr w:rsidR="00FF07B3" w:rsidRPr="002239FB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3322765">
    <w:abstractNumId w:val="8"/>
  </w:num>
  <w:num w:numId="2" w16cid:durableId="1919172768">
    <w:abstractNumId w:val="6"/>
  </w:num>
  <w:num w:numId="3" w16cid:durableId="1504784768">
    <w:abstractNumId w:val="5"/>
  </w:num>
  <w:num w:numId="4" w16cid:durableId="1236820678">
    <w:abstractNumId w:val="4"/>
  </w:num>
  <w:num w:numId="5" w16cid:durableId="1240403920">
    <w:abstractNumId w:val="7"/>
  </w:num>
  <w:num w:numId="6" w16cid:durableId="1017846660">
    <w:abstractNumId w:val="3"/>
  </w:num>
  <w:num w:numId="7" w16cid:durableId="1528828449">
    <w:abstractNumId w:val="2"/>
  </w:num>
  <w:num w:numId="8" w16cid:durableId="1483621288">
    <w:abstractNumId w:val="1"/>
  </w:num>
  <w:num w:numId="9" w16cid:durableId="135699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C28"/>
    <w:rsid w:val="0015074B"/>
    <w:rsid w:val="002239FB"/>
    <w:rsid w:val="0029639D"/>
    <w:rsid w:val="00326F90"/>
    <w:rsid w:val="00790B0B"/>
    <w:rsid w:val="009736DA"/>
    <w:rsid w:val="00AA1D8D"/>
    <w:rsid w:val="00B47730"/>
    <w:rsid w:val="00CB0664"/>
    <w:rsid w:val="00FC693F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3581D"/>
  <w14:defaultImageDpi w14:val="300"/>
  <w15:docId w15:val="{39A1C154-BAD5-46F1-8443-1682C43D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2026-07-22T09:49:00Z</dcterms:modified>
  <cp:category/>
</cp:coreProperties>
</file>